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שישה אמצעים אמנותיים: דימוי, מטאפורה, האנשה, הגזמה, ניגוד ואוקסימורון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 אמצעי בתוך משפטים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תוך שימוש באמצעים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אוקסימורון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העיקרי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במטאפורה אין מילת דימוי, ההשוואה ישירה וחזקה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הגדרת ההאנשה בדיוק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הגזמה היא תיאור מוגזם שאינו נכון מילולית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ניגוד מציב דברים הפוכים כמו אור וחושך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כמו "שקט רועש" או "עצב מתוק"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אוקסימורון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בעזרת מילת "כמו" או "כ-")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(השוואה ישירה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(ייחוס תכונות אדם לדברים שאינם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(תיאור מוגזם שאינו נכון במציאות)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(הצבת שני דברים הפוכים זה לצד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(צירוף מילים בעלות משמעות סותרת)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מטאפורה הגיונית שאין בה מילת דימוי, שמתארת תכונה או מצב בדרך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שם אמצעי, הסבר תורם רגשית, ודוגמה מתאימה שנכתבה על ידי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שבה ניתנת תכונה אנושית לדבר שאינו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ההבדלים בין האמצעים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הדוגמאות בקול לפני התרגול כדי לחדד את ההבדלים בין האמצעים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ואת חלק הכתיבה היצירתית לעבודה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דימוי למטאפורה כי זה הבלבול הנפוץ ביותר בקרב 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אמצעים אמנותיים הם כלים שסופרים ומשוררים משתמשים בהם כדי להעביר רגשות ותמונות בצורה חזקה ומעניינת יותר. בדף הזה נתרגל לזהות ולהשתמש בשישה אמצעים נפוצים.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אמנותי מופיע במשפט: "השקט בכיתה היה כמו שמיכה עבה"?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"אחי הקטן הוא סופת טורנדו בבוקר" - איזה אמצעי אמנותי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"הרוח דפקה בחלון וביקשה להיכנס" - איזה אמצעי אמנותי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"חיכיתי לתור במרפאה אלף שנה" - איזה אמצעי אמנותי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"בחוץ צעקו וחגגו, ובחדר שלה - רק שקט ודמעה" - איזה אמצעי אמנותי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"חיוך עצוב-שמח" - איזה אמצעי אמנותי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מטאפורה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במילת השוואה כמו "כמו" או "כ-".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משתמשת תמיד במילת דימוי.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מייחסת תכונות אנושיות לבעלי חיים, לחפצים או לטבע.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הגזמה מתארת משהו בצורה מדויקת ומציאותית.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מציב זה לצד זה שני דברים דומים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אוקסימורון הוא צירוף של שתי מילים שמשמעויותיהן סותרות.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יש מילת השוואה כמו "כמו" או "כאילו".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אומרים שדבר אחד הוא דבר אחר, בלי מילת דימוי.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הרוח מתוארת כמי שדופקת ומבקשת להיכנס, זו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תיאור מוגזם שנועד להדגיש רגש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הצירוף "שקט רועש" הוא דוגמה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צירוף מילים בעלות משמעות סותרת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מוגזם שאינו נכון במציאות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בעזרת מילת "כמו" או "כ-"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הצבת שני דברים הפוכים זה לצד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ישירה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אוקסימורון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ייחוס תכונות אדם לדברים שאינם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מטאפורה משלכם שמתארת תלמיד או תלמידה בכיתה בבוקר.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מהאמצעים האמנותיים שלמדתם, הסבירו כיצד הוא עוזר להעביר רגש וכתבו דוגמה אישית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להאנשה שלא הופיעה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האמצעי האמנותי שהכי קשה לכם לזהות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