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אמצעים אמנותיים: דימוי, מטאפורה, האנשה, הגזמה, ניגוד ואוקסימורון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 אמצעי בתוך משפטים ודוגמאות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תוך שימוש באמצעים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אוקסימורון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העיקרי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במטאפורה אין מילת דימוי, ההשוואה ישירה וחזקה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הגדרת ההאנשה 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הגזמה היא תיאור מוגזם שאינו נכון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ניגוד מציב דברים הפוכים כמו אור וחושך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כמו "שקט רועש" או "עצב מתוק"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אוקסימורון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בעזרת מילת "כמו" או "כ-")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(ייחוס תכונות אדם לדברים שאינם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(תיאור מוגזם שאינו נכון במציאות)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(הצבת שני דברים הפוכים זה לצד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(צירוף מילים בעלות משמעות סותרת)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מטאפורה הגיונית שאין בה מילת דימוי, שמתארת תכונה או מצב בדרך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שם אמצעי, הסבר תורם רגשית, ודוגמה מתאימה שנכתבה על ידי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השוואה,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שבה ניתנת תכונה אנושית לדבר שאינו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ההבדלים בין האמצעים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הדוגמאות בקול לפני התרגול כדי לחדד את ההבדלים בין האמצעים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ואת חלק הכתיבה היצירתית לעבודה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דימוי למטאפורה כי זה הבלבול הנפוץ ביותר בקרב 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דרכים מיוחדות לכתוב כדי שהטקסט יהיה יפה ומעניין יותר. בדף נלמד שישה סוגים כאלה ונתרגל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עם מילה כמו: כמו, כ-, כאילו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ישירה בלי מילת דימוי - אומרים שדבר אחד הוא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נתינת תכונות של בני אדם לדברים שאינם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מוגזם בכוונה כדי להדגיש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הצבת שני דברים הפוכים זה לצד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אוקסימורון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של שתי מילים שסותרות זו את 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שמתארים בדימוי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שמשווים אליו בדימוי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יש כאן: השקט היה כמו שמיכה עבה?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אחי הקטן הוא סופת טורנדו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הרוח דפקה וביקשה להיכנס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חיכיתי אלף שנה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בחוץ חגגו ובחדר שתקו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חיוך עצוב-שמח - איזה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מטאפורה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משתמש במילת השוואה כמו "כמו" או "כ-".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מטאפורה משתמשת תמיד במילת דימוי.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מייחסת תכונות אנושיות לבעלי חיים, לחפצים או לטבע.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הגזמה מתארת משהו בצורה מדויקת ומציאותית.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ניגוד מציב זה לצד זה שני דברים דומים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אוקסימורון הוא צירוף של שתי מילים שמשמעויותיהן סותרות.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יש מילת השוואה כמו "כמו" או "כאילו".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אומרים שדבר אחד הוא דבר אחר, בלי מילת דימוי.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הרוח מתוארת כמי שדופקת ומבקשת להיכנס, זו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תיאור מוגזם שנועד להדגיש רגש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הצירוף "שקט רועש" הוא דוגמה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ייחוס תכונות אדם לדברים שאינם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בעזרת מילת "כמו" או "כ-"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הצבת שני דברים הפוכים זה לצד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צירוף מילים בעלות משמעות סותרת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ישירה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אוקסימורון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תיאור מוגזם שאינו נכון במציאות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מטאפורה משלכם שמתארת תלמיד או תלמידה בכיתה בבוקר.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מהאמצעים האמנותיים שלמדתם, הסבירו כיצד הוא עוזר להעביר רגש וכתבו דוגמה אישית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העיקרי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להאנשה שלא הופיעה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האמצעי האמנותי שהכי קשה לכם לזהות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