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שישה אמצעים אמנותיים: דימוי, מטאפורה, האנשה, הגזמה, ניגוד ואוקסימורון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 אמצעי בתוך משפטים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תוך שימוש באמצעים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העיקרי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ההאנשה בדיוק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בעזרת מילת "כמו" או "כ-")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ישירה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(ייחוס תכונות אדם לדברים שאינם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(הצבת שני דברים הפוכים זה לצד 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מטאפורה הגיונית שאין בה מילת דימוי, שמתארת תכונה או מצב בדרך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שבה ניתנת תכונה אנושית לדבר שאינו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ההבדלים בין האמצעים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הדוגמאות בקול לפני התרגול כדי לחדד את ההבדלים בין האמצעים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ואת חלק הכתיבה היצירתית לעבודה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דימוי למטאפורה כי זה הבלבול הנפוץ ביותר בקרב 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אמצעים אמנותיים הם כלים שסופרים ומשוררים משתמשים בהם כדי להעביר רגשות ותמונות בצורה חזקה ומעניינת יותר. בדף הזה נתרגל לזהות ולהשתמש בשישה אמצעים נפוצים.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דימוי  ·  מטאפורה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אמצעי אמנותי מופיע במשפט: "השקט בכיתה היה כמו שמיכה עבה"?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"אחי הקטן הוא סופת טורנדו בבוקר" - איזה אמצעי אמנותי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"הרוח דפקה בחלון וביקשה להיכנס" - איזה אמצעי אמנותי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משתמש במילת השוואה כמו "כמו" או "כ-".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האנשה מייחסת תכונות אנושיות לבעלי חיים, לחפצים או לטבע.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יש מילת השוואה כמו "כמו" או "כאילו".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ב__________ אומרים שדבר אחד הוא דבר אחר, בלי מילת דימוי.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ייחוס תכונות אדם לדברים שאינם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בעזרת מילת "כמו" או "כ-"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הצבת שני דברים הפוכים זה לצד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ישירה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מטאפורה משלכם שמתארת תלמיד או תלמידה בכיתה בבוקר.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העיקרי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להאנשה שלא הופיעה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